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אליעזר בן-יהודה והחייאת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החייאת השפה העברית בעקבות אליעזר בן-יהודה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שורשים ומשפחות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שחידש בן-יהודה ולהבין למה היה צריך לחדש אותן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אליעזר בן-יהודה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רצה שהעברית תהיה שפה מדוברת וחיה.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ההגדרה הבסיסית של שורש בעברית.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שורשים ומילים 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כת"ב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עיתון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חדשות למשמעותן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(דף חדשות יומי)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(קינוח קר ומתוק)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(כלי רכיבה דו גלגלי)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החייאת השפה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בן-יהודה עולה לארץ ישראל ומחליט לדבר רק עברית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הוא מתחיל לאסוף ולתעד מילים חדשות לעברית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הוא כותב את המילון הגדול של השפה העברית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להסביר שהעברית הישנה לא כללה מילים למושגים חדשים כמו חפצים יומיומיים או טכנולוגיה, ולתת דוגמה כמו עיתון, אופניים או גלידה.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ששורש בן שלוש אותיות והמילים אכן שייכות אליו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התלמיד.ה מזהה שהוועד החליט על מילים חדשות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עיתון, מילון, גלידה, אופניים או מגבת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לפעילות חדר הבריחה כהכנה או כסיכום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עבודה בזוגות בחלק השורשים כי הוא מאתגר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עבור הגרסה המונגשת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אליעזר בן-יהודה והחייאת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נלמד על אליעזר בן-יהודה והמאבק להחזיר את העברית לשפה מדוברת, נתרגל שורשים ומשפחות מילים, ונכיר כמה מהמילים שהוא חידש.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עיתון  ·  כת"ב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היה היזם המרכזי בהחייאת השפה העברית כשפה מדוברת?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אליעזר בן-יהודה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חיים נחמן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זאב ז'בוטינסקי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עיר עבד בן-יהודה על המילון הגדול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יפו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בן-יהודה רצה שהעברית תישאר רק שפת כתיבה של ספרי קודש.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שורש הוא קבוצת אותיות שמהן בונים מילים ממשפחה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שורשים ומילים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"מכתב" שייכת למשפחת השורש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בן-יהודה חידש את המילה __________ כדי לתאר דף חדשות יומי.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מילים חדשות למשמעותן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עיתון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כלי רכיבה דו גלגלי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גלידה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דף חדשות יומי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אופניים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קינוח קר ומתוק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החייאת השפה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הוא מתחיל לאסוף ולתעד מילים חדשות לעברית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הוא כותב את המילון הגדול של השפה העברית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בן-יהודה עולה לארץ ישראל ומחליט לדבר רק עברית בבית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היה צריך לחדש מילים חדשות בעברית בזמנו של בן-יהודה, ותנו דוגמה אחת למילה שהוא חידש.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שורש אחד ושתי מילים מאותה משפחה.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היה תפקידו של ועד הלשון העברית?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אליעזר בן-יהודה והחייאת העברית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