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חדרי בריחה לשוניים – מאגר עברית חט״ב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אליעזר בן-יהודה והחייאת העברית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סיפור החייאת השפה העברית בעקבות אליעזר בן-יהודה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זיהוי שורשים ומשפחות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מילים שחידש בן-יהודה ולהבין למה היה צריך לחדש אותן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אליעזר בן-יהודה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ירושלים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ועד הלשון העברית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עיתון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הוא היה הראשון שדיבר עברית כשפת אם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הוא רצה שהעברית תהיה שפה מדוברת וחיה.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זה ההגדרה הבסיסית של שורש בעברית.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זהו המשך היסטורי מוכר.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מילים חדשות נבנות לפי מבנה השורש והבניין העברי.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בתחילת הדרך כמעט לא היו דוברי עברית כשפת אם, המצב השתנה בהדרגה.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שורשים ומילים חדשות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כת"ב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עיתון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שורש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אופניים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ועד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מילים חדשות למשמעותן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(דף חדשות יומי)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(ספר שמסביר מילים)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(קינוח קר ומתוק)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(בד לייבוש הגוף)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(כלי רכיבה דו גלגלי)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החייאת השפה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בן-יהודה עולה לארץ ישראל ומחליט לדבר רק עברית בבית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הוא מתחיל לאסוף ולתעד מילים חדשות לעברית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הוא מקים את ועד הלשון העברית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הוא כותב את המילון הגדול של השפה העברית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העברית הופכת לשפה מדוברת בבתי ספר ובבית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להסביר שהעברית הישנה לא כללה מילים למושגים חדשים כמו חפצים יומיומיים או טכנולוגיה, ולתת דוגמה כמו עיתון, אופניים או גלידה.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בדקו ששורש בן שלוש אותיות והמילים אכן שייכות אליו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התלמיד.ה מזהה שהוועד החליט על מילים חדשות בעברית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דוגמה תקינה כמו עיתון, מילון, גלידה, אופניים או מגבת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לקשר את הדף לפעילות חדר הבריחה כהכנה או כסיכום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לאפשר עבודה בזוגות בחלק השורשים כי הוא מאתגר יותר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להשמיט את הפריטים המסומנים עבור הגרסה המונגשת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חדרי בריחה לשוניים – מאגר עברית חט״ב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אליעזר בן-יהודה והחייאת העברית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נלמד על אליעזר בן-יהודה, שעזר להחזיר את העברית לשפה שמדברים בה. נתרגל מילים חדשות ושורשים בעברית.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שורש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קבוצת אותיות שממנה בונים מילים במשפחה אחת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חידוש מילים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יצירת מילה חדשה לעברית למושג חדש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ועד הלשון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קבוצת אנשים שהחליטה על מילים חדשות בעברית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עברית מדוברת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עברית שמדברים בה בחיי היומיום ולא רק כותבים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מילון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ספר שמסביר את המשמעות של מילים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בניין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מבנה דקדוקי שבעזרתו בונים פעלים מהשורש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גזרה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סוג של שורש לפי מבנה האותיות שלו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מי החזיר את העברית לשפה מדוברת?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אליעזר בן-יהודה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חיים נחמן ביאליק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זאב ז'בוטינסקי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דוד בן-גוריון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באיזו עיר הוא עבד על המילון?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תל אביב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ירושלים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יפו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שם הקבוצה שהחליטה על מילים חדשות?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ועד הלשון העברית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האקדמיה למדעים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בית הנבחרים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מועצת החכמים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איזו מילה הוא חידש?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עיתון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מחשב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טלפון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אינטרנט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היה מיוחד בבן של בן-יהודה?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הוא היה הראשון שדיבר עברית כשפת אם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הוא היה ראש הממשלה הראשון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הוא תרגם את התנך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הוא הקים את האוניברסיטה הראשונה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בן-יהודה רצה שהעברית תישאר רק שפת כתיבה של ספרי קודש.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שורש הוא קבוצת אותיות שמהן בונים מילים ממשפחה אחת.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ועד הלשון העברית הפך מאוחר יותר לאקדמיה ללשון העברית.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מילה חדשה בעברית הומצאה בלי קשר לשורשים ולבניינים.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בתקופת בן-יהודה כבר היו הרבה ילדים שדיברו עברית כשפת אם.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שורשים ומילים חדשות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המילה "מכתב" שייכת למשפחת השורש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בן-יהודה חידש את המילה __________ כדי לתאר דף חדשות יומי.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המילים "כתובת" ו"כתיבה" שייכות לאותו __________ כמו המילה "מכתב".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בעקבות המילה הישנה "אופן" חידשו את המילה __________ לכלי הרכיבה בעל שני גלגלים.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הגוף שהחליט על מילים חדשות בעברית נקרא __________ הלשון העברית.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התאמת מילים חדשות למשמעותן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עיתון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כלי רכיבה דו גלגלי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מילון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דף חדשות יומי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גלידה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בד לייבוש הגוף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מגבת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ספר שמסביר מילים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אופניים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קינוח קר ומתוק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שלבי החייאת השפה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הוא מקים את ועד הלשון העברית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העברית הופכת לשפה מדוברת בבתי ספר ובבית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הוא כותב את המילון הגדול של השפה העברית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הוא מתחיל לאסוף ולתעד מילים חדשות לעברית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בן-יהודה עולה לארץ ישראל ומחליט לדבר רק עברית בבית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במילים שלכם למה היה צריך לחדש מילים חדשות בעברית בזמנו של בן-יהודה, ותנו דוגמה אחת למילה שהוא חידש.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שורש אחד ושתי מילים מאותה משפחה.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היה תפקידו של ועד הלשון העברית?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למילה שחידש בן-יהודה.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אליעזר בן-יהודה והחייאת העברית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