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בן-יהודה והחייאת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החייאת השפה העברית בעקבות אליעזר בן-יהודה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שורשים ומשפחות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שחידש בן-יהודה ולהבין למה היה צריך לחדש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אליעזר בן-יהודה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ועד הלשון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הוא היה הראשון שדיבר עברית כשפת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רצה שהעברית תהיה שפה מדוברת וחיה.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ההגדרה הבסיסית של שורש בעברית.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המשך היסטורי מוכר.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מילים חדשות נבנות לפי מבנה השורש והבניין העברי.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בתחילת הדרך כמעט לא היו דוברי עברית כשפת אם, המצב השתנה בהדרגה.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שורשים ומילים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חדשות למשמעותן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(דף חדשות יומי)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 שמסביר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(קינוח קר ומתוק)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(בד לייבוש הגוף)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(כלי רכיבה דו גלגלי)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החייאת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בן-יהודה עולה לארץ ישראל ומחליט לדבר רק עברית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מתחיל לאסוף ולתעד מילים חדשות לעברית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מקים את ועד הלשון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הוא כותב את המילון הגדול של השפה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העברית הופכת לשפה מדוברת בבתי ספר ובבית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שהעברית הישנה לא כללה מילים למושגים חדשים כמו חפצים יומיומיים או טכנולוגיה, ולתת דוגמה כמו עיתון, אופניים או גלידה.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ששורש בן שלוש אותיות והמילים אכן שייכות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התלמיד.ה מזהה שהוועד החליט על מילים חדשות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עיתון, מילון, גלידה, אופניים או מגבת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לפעילות חדר הבריחה כהכנה או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עבודה בזוגות בחלק השורשים כי הוא מאתגר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עבור הגרסה המונגשת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בן-יהודה והחייאת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אליעזר בן-יהודה והמאבק להחזיר את העברית לשפה מדוברת, נתרגל שורשים ומשפחות מילים, ונכיר כמה מהמילים שהוא חידש.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היה היזם המרכזי בהחייאת השפה העברית כשפה מדוברת?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אליעזר בן-יהודה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בן-גוריון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עיר עבד בן-יהודה על המילון הגדול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הגוף שבן-יהודה הקים כדי להחליט על מילים חדשות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 הלשון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האקדמיה למדעים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הנבחרים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מועצת החכמים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הבאות מיוחסת לחידוש של בן-יהודה?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מיוחד באיתמר בן-אב"י, בנו של בן-יהודה?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הראשון שדיבר עברית כשפת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היה ראש הממשלה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תרגם את התנך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הקים את האוניברסיטה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בן-יהודה רצה שהעברית תישאר רק שפת כתיבה של ספרי קודש.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קבוצת אותיות שמהן בונים מילים ממשפחה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 הלשון העברית הפך מאוחר יותר לאקדמיה ללשון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חדשה בעברית הומצאה בלי קשר לשורשים ולבניינים.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בתקופת בן-יהודה כבר היו הרבה ילדים שדיברו עברית כשפת אם.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שורשים ומילים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"מכתב" שייכת למשפחת השורש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בן-יהודה חידש את המילה __________ כדי לתאר דף חדשות יומי.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המילים "כתובת" ו"כתיבה" שייכות לאותו __________ כמו המילה "מכתב".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בעקבות המילה הישנה "אופן" חידשו את המילה __________ לכלי הרכיבה בעל שני גלגלים.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הגוף שהחליט על מילים חדשות בעברית נקרא __________ הלשון העברית.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חדשות למשמעותן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קינוח קר ומתוק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רכיבה דו גלגלי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שמסביר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דף חדשות יומי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 לייבוש הגוף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החייאת השפה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מקים את ועד הלשון העברית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הופכת לשפה מדוברת בבתי ספר ובבית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כותב את המילון הגדול של השפה העברית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מתחיל לאסוף ולתעד מילים חדשות לעברית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בן-יהודה עולה לארץ ישראל ומחליט לדבר רק עברית בבית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היה צריך לחדש מילים חדשות בעברית בזמנו של בן-יהודה, ותנו דוגמה אחת למילה שהוא חידש.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שורש אחד ושתי מילים מאותה משפחה.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תפקידו של ועד הלשון העברית?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שחידש בן-יהודה.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אליעזר בן-יהודה והחייאת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